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Broderick Lee</w:t>
      </w:r>
    </w:p>
    <w:p>
      <w:r>
        <w:t>Chestnut Hill, MA | bsl54@georgetown.edu | 617-678-1775</w:t>
      </w:r>
    </w:p>
    <w:p>
      <w:r>
        <w:t>linkedin.com/in/broderick-lee-054a5323b | github.com/BrodieL3</w:t>
      </w:r>
    </w:p>
    <w:p>
      <w:r>
        <w:t>Open to relocation and frequent travel | Authorized to work in the U.S. without sponsorship</w:t>
      </w:r>
    </w:p>
    <w:p>
      <w:pPr>
        <w:pStyle w:val="Heading1"/>
      </w:pPr>
      <w:r>
        <w:t>Summary</w:t>
      </w:r>
    </w:p>
    <w:p>
      <w:r>
        <w:t>Georgetown mathematics graduate with experience supervising 6–10 staff per shift, building operational dashboards with AI assistance, and improving inspection and key-control workflows.</w:t>
      </w:r>
    </w:p>
    <w:p>
      <w:pPr>
        <w:pStyle w:val="Heading1"/>
      </w:pPr>
      <w:r>
        <w:t>Experience</w:t>
      </w:r>
    </w:p>
    <w:p>
      <w:pPr>
        <w:keepNext/>
      </w:pPr>
      <w:r>
        <w:rPr>
          <w:b/>
        </w:rPr>
        <w:t>Anders Skincare | Founder | June 2026 – Present</w:t>
      </w:r>
    </w:p>
    <w:p>
      <w:pPr>
        <w:pStyle w:val="ListBullet"/>
      </w:pPr>
      <w:r>
        <w:t>Developing a direct-to-consumer skincare brand; manage product selection, private-label sourcing, pricing, customer research, and launch messaging.</w:t>
      </w:r>
    </w:p>
    <w:p>
      <w:pPr>
        <w:pStyle w:val="ListBullet"/>
      </w:pPr>
      <w:r>
        <w:t>Built the Shopify storefront and configured Meta Ads; analyzed customer reviews to inform product positioning and defined launch metrics for conversion and customer acquisition cost.</w:t>
      </w:r>
    </w:p>
    <w:p>
      <w:pPr>
        <w:keepNext/>
      </w:pPr>
      <w:r>
        <w:rPr>
          <w:b/>
        </w:rPr>
        <w:t>Georgetown Residential Living | Operations Specialist | May 2025 – September 2025</w:t>
      </w:r>
    </w:p>
    <w:p>
      <w:pPr>
        <w:pStyle w:val="ListBullet"/>
      </w:pPr>
      <w:r>
        <w:t>Supervised 4–6 inspectors and 2–4 keyroom helpers per shift, assigning work, checking completion and quality, and addressing reporting errors.</w:t>
      </w:r>
    </w:p>
    <w:p>
      <w:pPr>
        <w:pStyle w:val="ListBullet"/>
      </w:pPr>
      <w:r>
        <w:t>Built Next.js dashboards backed by Supabase for approximately 24 housing staff to coordinate inspections around program arrivals and monitor failed inspections, work orders, and keyroom visits.</w:t>
      </w:r>
    </w:p>
    <w:p>
      <w:pPr>
        <w:pStyle w:val="ListBullet"/>
      </w:pPr>
      <w:r>
        <w:t>Created custom connectors to import Google Sheets CSV exports, consolidating 20,000+ inspection records from a Google Forms workflow into Supabase.</w:t>
      </w:r>
    </w:p>
    <w:p>
      <w:pPr>
        <w:pStyle w:val="ListBullet"/>
      </w:pPr>
      <w:r>
        <w:t>Developed a key-tracking application with Google authentication and selective user access; structured housing data covering 3,000+ living spaces. Used AI assistance to write application code.</w:t>
      </w:r>
    </w:p>
    <w:p>
      <w:pPr>
        <w:pStyle w:val="ListBullet"/>
      </w:pPr>
      <w:r>
        <w:t>Investigated a missing key using inspector activity logs, uncovering conflicting instructions across teams and informing revised shift-handoff procedures and a clearer standard operating procedure (SOP).</w:t>
      </w:r>
    </w:p>
    <w:p>
      <w:pPr>
        <w:pStyle w:val="Heading1"/>
      </w:pPr>
      <w:r>
        <w:t>Leadership</w:t>
      </w:r>
    </w:p>
    <w:p>
      <w:pPr>
        <w:keepNext/>
      </w:pPr>
      <w:r>
        <w:rPr>
          <w:b/>
        </w:rPr>
        <w:t>Georgetown Rugby | Alumni Chair</w:t>
      </w:r>
    </w:p>
    <w:p>
      <w:pPr>
        <w:pStyle w:val="ListBullet"/>
      </w:pPr>
      <w:r>
        <w:t>Organized an alumni-weekend event at Georgetown Piano Bar attended by 50+ alumni, helping raise several thousand dollars in donations for the team.</w:t>
      </w:r>
    </w:p>
    <w:p>
      <w:pPr>
        <w:pStyle w:val="Heading1"/>
      </w:pPr>
      <w:r>
        <w:t>Education</w:t>
      </w:r>
    </w:p>
    <w:p>
      <w:pPr>
        <w:keepNext/>
      </w:pPr>
      <w:r>
        <w:rPr>
          <w:b/>
        </w:rPr>
        <w:t>Georgetown University | Bachelor of Arts in Mathematics | May 2026</w:t>
      </w:r>
    </w:p>
    <w:p>
      <w:r>
        <w:t>Relevant coursework: Machine Learning, Computer Science I and II</w:t>
      </w:r>
    </w:p>
    <w:p>
      <w:pPr>
        <w:pStyle w:val="Heading1"/>
      </w:pPr>
      <w:r>
        <w:t>Selected Projects</w:t>
      </w:r>
    </w:p>
    <w:p>
      <w:pPr>
        <w:pStyle w:val="ListBullet"/>
      </w:pPr>
      <w:r>
        <w:t>Hoopgrids: Built an iOS NBA trivia game with Swift, Supabase, and the Sportradar API, including authentication and leaderboards, using AI-assisted development.</w:t>
      </w:r>
    </w:p>
    <w:p>
      <w:pPr>
        <w:pStyle w:val="Heading1"/>
      </w:pPr>
      <w:r>
        <w:t>Tools Used</w:t>
      </w:r>
    </w:p>
    <w:p>
      <w:r>
        <w:t>AI-assisted development: Next.js, TypeScript, Supabase, Cursor, Codex | Operations and reporting: Google Forms, Google Sheets, CSV data imports | Commerce: Shopify, Meta Ads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ind w:left="187" w:hanging="187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